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8"/>
        </w:rPr>
        <w:t>АКТ № [__]</w:t>
        <w:br/>
        <w:t>освидетельствования скрытых работ</w:t>
      </w:r>
    </w:p>
    <w:p>
      <w:pPr>
        <w:spacing w:after="200"/>
        <w:jc w:val="center"/>
      </w:pPr>
      <w:r>
        <w:rPr>
          <w:b w:val="0"/>
          <w:i/>
          <w:sz w:val="19"/>
        </w:rPr>
        <w:t>упрощённая форма для ремонта квартиры; не является формой АОСР для объектов капитального строительства (приказ Минстроя России от 16.05.2023 № 344/пр)</w:t>
      </w:r>
    </w:p>
    <w:p>
      <w:pPr>
        <w:tabs>
          <w:tab w:pos="9638" w:val="right"/>
        </w:tabs>
        <w:spacing w:after="160"/>
      </w:pPr>
      <w:r>
        <w:t>г. [город]</w:t>
        <w:tab/>
        <w:t>[дд.мм.гггг, чч:мм]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F3F5F7"/>
          </w:tcPr>
          <w:p>
            <w:r>
              <w:rPr>
                <w:b/>
              </w:rPr>
              <w:t>Объект</w:t>
            </w:r>
          </w:p>
        </w:tc>
        <w:tc>
          <w:tcPr>
            <w:tcW w:type="dxa" w:w="7370"/>
          </w:tcPr>
          <w:p>
            <w:r>
              <w:t>[адрес квартиры], помещение: [__]</w:t>
            </w:r>
          </w:p>
        </w:tc>
      </w:tr>
      <w:tr>
        <w:tc>
          <w:tcPr>
            <w:tcW w:type="dxa" w:w="2268"/>
            <w:shd w:val="clear" w:color="auto" w:fill="F3F5F7"/>
          </w:tcPr>
          <w:p>
            <w:r>
              <w:rPr>
                <w:b/>
              </w:rPr>
              <w:t>Договор</w:t>
            </w:r>
          </w:p>
        </w:tc>
        <w:tc>
          <w:tcPr>
            <w:tcW w:type="dxa" w:w="7370"/>
          </w:tcPr>
          <w:p>
            <w:r>
              <w:t>договор подряда № [__] от [дд.мм.гггг]; доп. соглашение № [__] от [дд.мм.гггг] (если есть)</w:t>
            </w:r>
          </w:p>
        </w:tc>
      </w:tr>
      <w:tr>
        <w:tc>
          <w:tcPr>
            <w:tcW w:type="dxa" w:w="2268"/>
            <w:shd w:val="clear" w:color="auto" w:fill="F3F5F7"/>
          </w:tcPr>
          <w:p>
            <w:r>
              <w:rPr>
                <w:b/>
              </w:rPr>
              <w:t>Подрядчик</w:t>
            </w:r>
          </w:p>
        </w:tc>
        <w:tc>
          <w:tcPr>
            <w:tcW w:type="dxa" w:w="7370"/>
          </w:tcPr>
          <w:p>
            <w:r>
              <w:t>[ФИО ИП / наименование]; представитель: [ФИО, должность]</w:t>
            </w:r>
          </w:p>
        </w:tc>
      </w:tr>
      <w:tr>
        <w:tc>
          <w:tcPr>
            <w:tcW w:type="dxa" w:w="2268"/>
            <w:shd w:val="clear" w:color="auto" w:fill="F3F5F7"/>
          </w:tcPr>
          <w:p>
            <w:r>
              <w:rPr>
                <w:b/>
              </w:rPr>
              <w:t>Заказчик</w:t>
            </w:r>
          </w:p>
        </w:tc>
        <w:tc>
          <w:tcPr>
            <w:tcW w:type="dxa" w:w="7370"/>
          </w:tcPr>
          <w:p>
            <w:r>
              <w:t>[ФИО]; или представитель по доверенности [ФИО, № и дата доверенности]</w:t>
            </w:r>
          </w:p>
        </w:tc>
      </w:tr>
      <w:tr>
        <w:tc>
          <w:tcPr>
            <w:tcW w:type="dxa" w:w="2268"/>
            <w:shd w:val="clear" w:color="auto" w:fill="F3F5F7"/>
          </w:tcPr>
          <w:p>
            <w:r>
              <w:rPr>
                <w:b/>
              </w:rPr>
              <w:t>Иные участники</w:t>
            </w:r>
          </w:p>
        </w:tc>
        <w:tc>
          <w:tcPr>
            <w:tcW w:type="dxa" w:w="7370"/>
          </w:tcPr>
          <w:p>
            <w:r>
              <w:t>[дизайнер / технадзор / — ]</w:t>
            </w:r>
          </w:p>
        </w:tc>
      </w:tr>
    </w:tbl>
    <w:p/>
    <w:p>
      <w:pPr>
        <w:jc w:val="both"/>
      </w:pPr>
      <w:r>
        <w:rPr>
          <w:b w:val="0"/>
          <w:i w:val="0"/>
        </w:rPr>
        <w:t>Стороны осмотрели работы, которые будут закрыты последующими работами, и составили настоящий акт о нижеследующем:</w:t>
      </w:r>
    </w:p>
    <w:p>
      <w:pPr>
        <w:keepNext/>
        <w:spacing w:before="160" w:after="60"/>
      </w:pPr>
      <w:r>
        <w:rPr>
          <w:b/>
          <w:i w:val="0"/>
          <w:sz w:val="22"/>
        </w:rPr>
        <w:t>1. Предъявленные к освидетельствованию работы</w:t>
      </w:r>
    </w:p>
    <w:p>
      <w:pPr>
        <w:jc w:val="both"/>
      </w:pPr>
      <w:r>
        <w:rPr>
          <w:b w:val="0"/>
          <w:i w:val="0"/>
        </w:rPr>
        <w:t>[Наименование, например: обмазочная гидроизоляция пола санузла в 2 слоя с заводом на стены 200 мм; замена разводки ХВС/ГВС от отсекающих кранов до точек подключения.]</w:t>
      </w:r>
    </w:p>
    <w:p>
      <w:pPr>
        <w:keepNext/>
        <w:spacing w:before="160" w:after="60"/>
      </w:pPr>
      <w:r>
        <w:rPr>
          <w:b/>
          <w:i w:val="0"/>
          <w:sz w:val="22"/>
        </w:rPr>
        <w:t>2. Объём и сроки</w:t>
      </w:r>
    </w:p>
    <w:p>
      <w:r>
        <w:rPr>
          <w:b w:val="0"/>
          <w:i w:val="0"/>
        </w:rPr>
        <w:t>Объём: [__ м² / __ м.п. / __ шт]. Работы выполнены с [дд.мм.гггг] по [дд.мм.гггг].</w:t>
      </w:r>
    </w:p>
    <w:p>
      <w:pPr>
        <w:keepNext/>
        <w:spacing w:before="160" w:after="60"/>
      </w:pPr>
      <w:r>
        <w:rPr>
          <w:b/>
          <w:i w:val="0"/>
          <w:sz w:val="22"/>
        </w:rPr>
        <w:t>3. Применённые материалы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4082"/>
        <w:gridCol w:w="1247"/>
        <w:gridCol w:w="3572"/>
      </w:tblGrid>
      <w:tr>
        <w:trPr>
          <w:tblHeader w:val="true"/>
        </w:trPr>
        <w:tc>
          <w:tcPr>
            <w:tcW w:type="dxa" w:w="510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</w:t>
            </w:r>
          </w:p>
        </w:tc>
        <w:tc>
          <w:tcPr>
            <w:tcW w:type="dxa" w:w="4082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Материал (производитель, марка)</w:t>
            </w:r>
          </w:p>
        </w:tc>
        <w:tc>
          <w:tcPr>
            <w:tcW w:type="dxa" w:w="1247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Кол-во</w:t>
            </w:r>
          </w:p>
        </w:tc>
        <w:tc>
          <w:tcPr>
            <w:tcW w:type="dxa" w:w="3572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Документ (паспорт, сертификат, чек)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3572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3572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082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  <w:tc>
          <w:tcPr>
            <w:tcW w:type="dxa" w:w="3572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</w:tbl>
    <w:p>
      <w:pPr>
        <w:spacing w:after="40"/>
      </w:pPr>
    </w:p>
    <w:p>
      <w:pPr>
        <w:keepNext/>
        <w:spacing w:before="160" w:after="60"/>
      </w:pPr>
      <w:r>
        <w:rPr>
          <w:b/>
          <w:i w:val="0"/>
          <w:sz w:val="22"/>
        </w:rPr>
        <w:t>4. Работы выполнены в соответствии с</w:t>
      </w:r>
    </w:p>
    <w:p>
      <w:pPr>
        <w:spacing w:after="40"/>
      </w:pPr>
      <w:r>
        <w:rPr>
          <w:b w:val="0"/>
          <w:i w:val="0"/>
        </w:rPr>
        <w:t>☐ сметой к договору / сметой на дополнительные работы № [__]</w:t>
      </w:r>
    </w:p>
    <w:p>
      <w:pPr>
        <w:spacing w:after="40"/>
      </w:pPr>
      <w:r>
        <w:rPr>
          <w:b w:val="0"/>
          <w:i w:val="0"/>
        </w:rPr>
        <w:t>☐ дизайн-проектом / чертежом № [__] (если есть)</w:t>
      </w:r>
    </w:p>
    <w:p>
      <w:pPr>
        <w:spacing w:after="40"/>
      </w:pPr>
      <w:r>
        <w:rPr>
          <w:b w:val="0"/>
          <w:i w:val="0"/>
        </w:rPr>
        <w:t>☐ технологической инструкцией производителя материала: [__]</w:t>
      </w:r>
    </w:p>
    <w:p>
      <w:pPr>
        <w:spacing w:after="40"/>
      </w:pPr>
      <w:r>
        <w:rPr>
          <w:b w:val="0"/>
          <w:i w:val="0"/>
        </w:rPr>
        <w:t>☐ иным документом: [__]</w:t>
      </w:r>
    </w:p>
    <w:p>
      <w:pPr>
        <w:keepNext/>
        <w:spacing w:before="160" w:after="60"/>
      </w:pPr>
      <w:r>
        <w:rPr>
          <w:b/>
          <w:i w:val="0"/>
          <w:sz w:val="22"/>
        </w:rPr>
        <w:t>5. Проверки и испытания</w:t>
      </w:r>
    </w:p>
    <w:p>
      <w:pPr>
        <w:jc w:val="both"/>
      </w:pPr>
      <w:r>
        <w:rPr>
          <w:b w:val="0"/>
          <w:i w:val="0"/>
        </w:rPr>
        <w:t>[Например: опрессовка разводки давлением [__] бар в течение [__] мин — падения давления и протечек нет; пролив гидроизоляции водой слоем [__] мм в течение [__] ч — протечек нет; проверка уклона / толщины слоя — [__].]</w:t>
      </w:r>
    </w:p>
    <w:p>
      <w:pPr>
        <w:keepNext/>
        <w:spacing w:before="160" w:after="60"/>
      </w:pPr>
      <w:r>
        <w:rPr>
          <w:b/>
          <w:i w:val="0"/>
          <w:sz w:val="22"/>
        </w:rPr>
        <w:t>6. Фотофиксация (Приложение 1)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5839"/>
        <w:gridCol w:w="2551"/>
      </w:tblGrid>
      <w:tr>
        <w:trPr>
          <w:tblHeader w:val="true"/>
        </w:trPr>
        <w:tc>
          <w:tcPr>
            <w:tcW w:type="dxa" w:w="1020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№ фото</w:t>
            </w:r>
          </w:p>
        </w:tc>
        <w:tc>
          <w:tcPr>
            <w:tcW w:type="dxa" w:w="5839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Что на фото</w:t>
            </w:r>
          </w:p>
        </w:tc>
        <w:tc>
          <w:tcPr>
            <w:tcW w:type="dxa" w:w="2551"/>
            <w:shd w:val="clear" w:color="auto" w:fill="E8EEF4"/>
          </w:tcPr>
          <w:p>
            <w:pPr>
              <w:jc w:val="center"/>
            </w:pPr>
            <w:r/>
            <w:r>
              <w:rPr>
                <w:b/>
                <w:sz w:val="19"/>
              </w:rPr>
              <w:t>Дата и время съёмки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9"/>
              </w:rPr>
              <w:t>Общий план помещения с работой до закрытия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9"/>
              </w:rPr>
              <w:t>Крупный план узлов (углы, примыкания, соединения, трап)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9"/>
              </w:rPr>
              <w:t>Рулетка / уровень в кадре (толщина, завод на стены, уклон)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9"/>
              </w:rPr>
              <w:t>Результат испытания (манометр, пролив)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  <w:tr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5839"/>
          </w:tcPr>
          <w:p>
            <w:pPr>
              <w:spacing w:after="20"/>
            </w:pPr>
            <w:r/>
            <w:r>
              <w:rPr>
                <w:sz w:val="19"/>
              </w:rPr>
              <w:t>Упаковка материала (марка, партия)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  <w:r>
              <w:rPr>
                <w:sz w:val="19"/>
              </w:rPr>
              <w:t>[__]</w:t>
            </w:r>
          </w:p>
        </w:tc>
      </w:tr>
    </w:tbl>
    <w:p>
      <w:pPr>
        <w:spacing w:after="40"/>
      </w:pPr>
    </w:p>
    <w:p>
      <w:r>
        <w:rPr>
          <w:b w:val="0"/>
          <w:i w:val="0"/>
          <w:sz w:val="19"/>
        </w:rPr>
        <w:t>Фото переданы Заказчику [дд.мм.гггг] через [e-mail / мессенджер, указанный в договоре].</w:t>
      </w:r>
    </w:p>
    <w:p>
      <w:pPr>
        <w:keepNext/>
        <w:spacing w:before="160" w:after="60"/>
      </w:pPr>
      <w:r>
        <w:rPr>
          <w:b/>
          <w:i w:val="0"/>
          <w:sz w:val="22"/>
        </w:rPr>
        <w:t>7. Замечания</w:t>
      </w:r>
    </w:p>
    <w:p>
      <w:pPr>
        <w:spacing w:after="40"/>
      </w:pPr>
      <w:r>
        <w:rPr>
          <w:b w:val="0"/>
          <w:i w:val="0"/>
        </w:rPr>
        <w:t>☐ Замечаний нет.</w:t>
      </w:r>
    </w:p>
    <w:p>
      <w:pPr>
        <w:spacing w:after="40"/>
      </w:pPr>
      <w:r>
        <w:rPr>
          <w:b w:val="0"/>
          <w:i w:val="0"/>
        </w:rPr>
        <w:t>☐ Есть замечания: [__]. Срок устранения: [дд.мм.гггг]. После устранения — повторное освидетельствование.</w:t>
      </w:r>
    </w:p>
    <w:p>
      <w:pPr>
        <w:keepNext/>
        <w:spacing w:before="160" w:after="60"/>
      </w:pPr>
      <w:r>
        <w:rPr>
          <w:b/>
          <w:i w:val="0"/>
          <w:sz w:val="22"/>
        </w:rPr>
        <w:t>8. Решение</w:t>
      </w:r>
    </w:p>
    <w:p>
      <w:pPr>
        <w:spacing w:after="200"/>
        <w:jc w:val="both"/>
      </w:pPr>
      <w:r>
        <w:rPr>
          <w:b w:val="0"/>
          <w:i w:val="0"/>
        </w:rPr>
        <w:t>Работы выполнены в соответствии с документами, указанными в разделе 4. Разрешается выполнение последующих работ: [например: укладка плитки на пол и стены санузла; закрытие разводки коробом / штробы — штукатуркой].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Подрядчик</w:t>
            </w:r>
          </w:p>
          <w:p>
            <w:r>
              <w:rPr>
                <w:sz w:val="19"/>
              </w:rPr>
              <w:t>[ФИО, должность]</w:t>
            </w:r>
          </w:p>
          <w:p/>
          <w:p>
            <w:r>
              <w:t>________________ / [ФИО] /</w:t>
            </w:r>
          </w:p>
          <w:p>
            <w:r>
              <w:rPr>
                <w:sz w:val="19"/>
              </w:rPr>
              <w:t>Дата: [дд.мм.гггг]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Заказчик</w:t>
            </w:r>
          </w:p>
          <w:p>
            <w:r>
              <w:rPr>
                <w:sz w:val="19"/>
              </w:rPr>
              <w:t>[ФИО / представитель]</w:t>
            </w:r>
          </w:p>
          <w:p/>
          <w:p>
            <w:r>
              <w:t>________________ / [ФИО] /</w:t>
            </w:r>
          </w:p>
          <w:p>
            <w:r>
              <w:rPr>
                <w:sz w:val="19"/>
              </w:rPr>
              <w:t>Дата: [дд.мм.гггг]</w:t>
            </w:r>
          </w:p>
        </w:tc>
      </w:tr>
    </w:tbl>
    <w:p>
      <w:pPr>
        <w:keepNext/>
        <w:spacing w:before="160" w:after="60"/>
      </w:pPr>
      <w:r>
        <w:rPr>
          <w:b/>
          <w:i w:val="0"/>
          <w:sz w:val="22"/>
        </w:rPr>
        <w:t>Отметка о неявке или отказе Заказчика от подписания (заполняется при необходимости)</w:t>
      </w:r>
    </w:p>
    <w:p>
      <w:pPr>
        <w:jc w:val="both"/>
      </w:pPr>
      <w:r>
        <w:rPr>
          <w:b w:val="0"/>
          <w:i w:val="0"/>
        </w:rPr>
        <w:t>Уведомление о времени освидетельствования ([дд.мм.гггг, чч:мм]) направлено Заказчику [дд.мм.гггг] способом: [e-mail / мессенджер / письмо], что подтверждается [скриншот, отчёт о доставке — Приложение 2].</w:t>
      </w:r>
    </w:p>
    <w:p>
      <w:pPr>
        <w:spacing w:after="40"/>
      </w:pPr>
      <w:r>
        <w:rPr>
          <w:b w:val="0"/>
          <w:i w:val="0"/>
        </w:rPr>
        <w:t>☐ Заказчик на освидетельствование не явился.</w:t>
      </w:r>
    </w:p>
    <w:p>
      <w:pPr>
        <w:spacing w:after="40"/>
      </w:pPr>
      <w:r>
        <w:rPr>
          <w:b w:val="0"/>
          <w:i w:val="0"/>
        </w:rPr>
        <w:t>☐ Заказчик от подписания отказался. Мотивы отказа (со слов / письменно): [__].</w:t>
      </w:r>
    </w:p>
    <w:p>
      <w:pPr>
        <w:spacing w:after="80"/>
        <w:jc w:val="both"/>
      </w:pPr>
      <w:r>
        <w:rPr>
          <w:b w:val="0"/>
          <w:i w:val="0"/>
        </w:rPr>
        <w:t>Акт подписан Подрядчиком. Экземпляр акта с фото направлен Заказчику [дд.мм.гггг] способом: [__].</w:t>
      </w:r>
    </w:p>
    <w:p>
      <w:pPr>
        <w:spacing w:after="200"/>
      </w:pPr>
      <w:r>
        <w:rPr>
          <w:b w:val="0"/>
          <w:i w:val="0"/>
        </w:rPr>
        <w:t>Подрядчик: ________________ / [ФИО] /      Свидетель (при наличии): ________________ / [ФИО] /</w:t>
      </w:r>
    </w:p>
    <w:p>
      <w:pPr>
        <w:keepNext/>
        <w:spacing w:before="160" w:after="60"/>
      </w:pPr>
      <w:r>
        <w:rPr>
          <w:b/>
          <w:i w:val="0"/>
          <w:sz w:val="22"/>
        </w:rPr>
        <w:t>Памятка: что делать, если заказчик не пришёл</w:t>
      </w:r>
    </w:p>
    <w:p>
      <w:pPr>
        <w:spacing w:after="40"/>
        <w:jc w:val="both"/>
      </w:pPr>
      <w:r>
        <w:rPr>
          <w:b w:val="0"/>
          <w:i w:val="0"/>
          <w:sz w:val="19"/>
        </w:rPr>
        <w:t>1. Уведомляйте о готовности к освидетельствованию заранее и письменно — тем способом связи, который указан в договоре; сохраните скриншот с датой.</w:t>
      </w:r>
    </w:p>
    <w:p>
      <w:pPr>
        <w:spacing w:after="40"/>
        <w:jc w:val="both"/>
      </w:pPr>
      <w:r>
        <w:rPr>
          <w:b w:val="0"/>
          <w:i w:val="0"/>
          <w:sz w:val="19"/>
        </w:rPr>
        <w:t>2. Если заказчик не пришёл, не закрывайте работы сразу: предложите видеозвонок или новое время в разумный срок.</w:t>
      </w:r>
    </w:p>
    <w:p>
      <w:pPr>
        <w:spacing w:after="40"/>
        <w:jc w:val="both"/>
      </w:pPr>
      <w:r>
        <w:rPr>
          <w:b w:val="0"/>
          <w:i w:val="0"/>
          <w:sz w:val="19"/>
        </w:rPr>
        <w:t>3. Если ответа нет, проведите осмотр, снимите подробное фото и видео с рулеткой и датой, заполните отметку о неявке и подпишите акт со своей стороны.</w:t>
      </w:r>
    </w:p>
    <w:p>
      <w:pPr>
        <w:spacing w:after="40"/>
        <w:jc w:val="both"/>
      </w:pPr>
      <w:r>
        <w:rPr>
          <w:b w:val="0"/>
          <w:i w:val="0"/>
          <w:sz w:val="19"/>
        </w:rPr>
        <w:t>4. Отправьте акт и фото заказчику тем же каналом и сохраните подтверждение доставки.</w:t>
      </w:r>
    </w:p>
    <w:p>
      <w:pPr>
        <w:spacing w:after="40"/>
        <w:jc w:val="both"/>
      </w:pPr>
      <w:r>
        <w:rPr>
          <w:b w:val="0"/>
          <w:i w:val="0"/>
          <w:sz w:val="19"/>
        </w:rPr>
        <w:t>5. Порядок одностороннего подписания лучше заранее прописать в договоре.</w:t>
      </w:r>
    </w:p>
    <w:p>
      <w:pPr>
        <w:spacing w:after="0" w:before="280"/>
      </w:pPr>
      <w:r>
        <w:rPr>
          <w:i/>
          <w:color w:val="555555"/>
          <w:sz w:val="17"/>
        </w:rPr>
        <w:t>* Шаблон. Адаптируйте под ваш договор. Не является юридической консультацией. Удалите эту строку перед подписанием и отправкой.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555555"/>
        <w:sz w:val="16"/>
      </w:rPr>
      <w:t>* Шаблон. Адаптируйте под ваш договор. Не является юридической консультацией. Удалите этот колонтитул перед подписанием и отправкой.</w:t>
    </w:r>
  </w:p>
  <w:p>
    <w:pPr>
      <w:jc w:val="center"/>
    </w:pPr>
    <w:r>
      <w:rPr>
        <w:color w:val="888888"/>
        <w:sz w:val="14"/>
      </w:rPr>
      <w:t>Шаблон подготовлен командой Constract.io — constract.io/blog/dopolnitelnye-i-skrytye-raboty-kak-oformit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