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i w:val="0"/>
        </w:rPr>
        <w:t>Кому: [ФИО заказчика / наименование организации]</w:t>
      </w:r>
    </w:p>
    <w:p>
      <w:pPr>
        <w:spacing w:after="0"/>
        <w:jc w:val="right"/>
      </w:pPr>
      <w:r>
        <w:rPr>
          <w:b w:val="0"/>
          <w:i w:val="0"/>
        </w:rPr>
        <w:t>Адрес / e-mail / мессенджер из договора: [контакт]</w:t>
      </w:r>
    </w:p>
    <w:p>
      <w:pPr>
        <w:spacing w:after="0"/>
        <w:jc w:val="right"/>
      </w:pPr>
      <w:r>
        <w:rPr>
          <w:b w:val="0"/>
          <w:i w:val="0"/>
        </w:rPr>
        <w:t>От: [ФИО ИП / наименование подрядчика], ИНН [__________]</w:t>
      </w:r>
    </w:p>
    <w:p>
      <w:pPr>
        <w:spacing w:after="240"/>
        <w:jc w:val="right"/>
      </w:pPr>
      <w:r>
        <w:rPr>
          <w:b w:val="0"/>
          <w:i w:val="0"/>
        </w:rPr>
        <w:t>Телефон / e-mail: [контакт]</w:t>
      </w:r>
    </w:p>
    <w:p>
      <w:pPr>
        <w:spacing w:after="40"/>
        <w:jc w:val="center"/>
      </w:pPr>
      <w:r>
        <w:rPr>
          <w:b/>
          <w:i w:val="0"/>
          <w:sz w:val="28"/>
        </w:rPr>
        <w:t>УВЕДОМЛЕНИЕ № [__]</w:t>
        <w:br/>
        <w:t>о необходимости выполнения дополнительных работ</w:t>
      </w:r>
    </w:p>
    <w:p>
      <w:pPr>
        <w:spacing w:after="200"/>
        <w:jc w:val="center"/>
      </w:pPr>
      <w:r>
        <w:rPr>
          <w:b w:val="0"/>
          <w:i/>
          <w:sz w:val="19"/>
        </w:rPr>
        <w:t>к договору подряда № [__] от [дд.мм.гггг]</w:t>
      </w:r>
    </w:p>
    <w:p>
      <w:pPr>
        <w:tabs>
          <w:tab w:pos="9638" w:val="right"/>
        </w:tabs>
        <w:spacing w:after="160"/>
      </w:pPr>
      <w:r>
        <w:t>г. [город]</w:t>
        <w:tab/>
        <w:t>[дд.мм.гггг]</w:t>
      </w:r>
    </w:p>
    <w:p>
      <w:pPr>
        <w:jc w:val="both"/>
      </w:pPr>
      <w:r>
        <w:rPr>
          <w:b w:val="0"/>
          <w:i w:val="0"/>
        </w:rPr>
        <w:t>Объект: [адрес квартиры / объекта], помещение: [санузел / кухня / комната].</w:t>
      </w:r>
    </w:p>
    <w:p>
      <w:pPr>
        <w:keepNext/>
        <w:spacing w:before="160" w:after="60"/>
      </w:pPr>
      <w:r>
        <w:rPr>
          <w:b/>
          <w:i w:val="0"/>
          <w:sz w:val="22"/>
        </w:rPr>
        <w:t>1. Что обнаружено</w:t>
      </w:r>
    </w:p>
    <w:p>
      <w:pPr>
        <w:jc w:val="both"/>
      </w:pPr>
      <w:r>
        <w:rPr>
          <w:b w:val="0"/>
          <w:i w:val="0"/>
        </w:rPr>
        <w:t>[дд.мм.гггг] в ходе выполнения работ «[наименование работ по основной смете, например: демонтаж настенной и напольной плитки]» обнаружено: [описание, например: коррозия и свищ на стальной разводке ХВС/ГВС после отсекающих кранов; отсутствие гидроизоляции пола].</w:t>
      </w:r>
    </w:p>
    <w:p>
      <w:pPr>
        <w:jc w:val="both"/>
      </w:pPr>
      <w:r>
        <w:rPr>
          <w:b w:val="0"/>
          <w:i w:val="0"/>
        </w:rPr>
        <w:t>Эти работы не предусмотрены сметой к договору (Приложение № [__] к договору) и не могли быть выявлены до вскрытия.</w:t>
      </w:r>
    </w:p>
    <w:p>
      <w:pPr>
        <w:keepNext/>
        <w:spacing w:before="160" w:after="60"/>
      </w:pPr>
      <w:r>
        <w:rPr>
          <w:b/>
          <w:i w:val="0"/>
          <w:sz w:val="22"/>
        </w:rPr>
        <w:t>2. Почему работы необходимы</w:t>
      </w:r>
    </w:p>
    <w:p>
      <w:pPr>
        <w:jc w:val="both"/>
      </w:pPr>
      <w:r>
        <w:rPr>
          <w:b w:val="0"/>
          <w:i w:val="0"/>
        </w:rPr>
        <w:t>[Объясните простыми словами, что будет, если работы не выполнить: например, риск протечки к соседям снизу; невозможность уложить плитку с гарантией; нарушение требований производителя материала.]</w:t>
      </w:r>
    </w:p>
    <w:p>
      <w:pPr>
        <w:keepNext/>
        <w:spacing w:before="160" w:after="60"/>
      </w:pPr>
      <w:r>
        <w:rPr>
          <w:b/>
          <w:i w:val="0"/>
          <w:sz w:val="22"/>
        </w:rPr>
        <w:t>3. Какие работы нужны и сколько они стоят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5102"/>
        <w:gridCol w:w="1134"/>
        <w:gridCol w:w="1020"/>
        <w:gridCol w:w="1587"/>
      </w:tblGrid>
      <w:tr>
        <w:trPr>
          <w:tblHeader w:val="true"/>
        </w:trPr>
        <w:tc>
          <w:tcPr>
            <w:tcW w:type="dxa" w:w="567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5102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Работа / материал</w:t>
            </w:r>
          </w:p>
        </w:tc>
        <w:tc>
          <w:tcPr>
            <w:tcW w:type="dxa" w:w="1134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Ед.</w:t>
            </w:r>
          </w:p>
        </w:tc>
        <w:tc>
          <w:tcPr>
            <w:tcW w:type="dxa" w:w="1020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Объём</w:t>
            </w:r>
          </w:p>
        </w:tc>
        <w:tc>
          <w:tcPr>
            <w:tcW w:type="dxa" w:w="1587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Сумма, ₽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5102"/>
          </w:tcPr>
          <w:p>
            <w:pPr>
              <w:spacing w:after="20"/>
            </w:pPr>
            <w:r/>
            <w:r>
              <w:rPr>
                <w:sz w:val="19"/>
              </w:rPr>
              <w:t>[наименование]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9"/>
              </w:rPr>
              <w:t>[м², м.п., шт]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5102"/>
          </w:tcPr>
          <w:p>
            <w:pPr>
              <w:spacing w:after="20"/>
            </w:pPr>
            <w:r/>
            <w:r>
              <w:rPr>
                <w:sz w:val="19"/>
              </w:rPr>
              <w:t>[наименование]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5102"/>
          </w:tcPr>
          <w:p>
            <w:pPr>
              <w:spacing w:after="20"/>
            </w:pPr>
            <w:r/>
            <w:r>
              <w:rPr>
                <w:sz w:val="19"/>
              </w:rPr>
              <w:t>[материалы по перечню]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9"/>
              </w:rPr>
              <w:t>компл.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5102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Итого (подробный расчёт — в проекте сметы, Приложение 2)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[__]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  <w:i w:val="0"/>
        </w:rPr>
        <w:t>Влияние на срок: окончание работ по договору сдвигается на [__] рабочих дней (с [дд.мм.гггг] на [дд.мм.гггг]).</w:t>
      </w:r>
    </w:p>
    <w:p>
      <w:pPr>
        <w:keepNext/>
        <w:spacing w:before="160" w:after="60"/>
      </w:pPr>
      <w:r>
        <w:rPr>
          <w:b/>
          <w:i w:val="0"/>
          <w:sz w:val="22"/>
        </w:rPr>
        <w:t>4. Прошу ответить до [дд.мм.гггг, чч:мм]</w:t>
      </w:r>
    </w:p>
    <w:p>
      <w:pPr>
        <w:jc w:val="both"/>
      </w:pPr>
      <w:r>
        <w:rPr>
          <w:b w:val="0"/>
          <w:i w:val="0"/>
        </w:rPr>
        <w:t>Выберите вариант и сообщите решение [подписью на этом уведомлении / ответом на e-mail / сообщением в мессенджере с номера, указанного в договоре]:</w:t>
      </w:r>
    </w:p>
    <w:p>
      <w:pPr>
        <w:spacing w:after="40"/>
      </w:pPr>
      <w:r>
        <w:rPr>
          <w:b w:val="0"/>
          <w:i w:val="0"/>
        </w:rPr>
        <w:t>☐ Согласен(на) на выполнение и оплату дополнительных работ. Прошу подготовить дополнительное соглашение.</w:t>
      </w:r>
    </w:p>
    <w:p>
      <w:pPr>
        <w:spacing w:after="40"/>
      </w:pPr>
      <w:r>
        <w:rPr>
          <w:b w:val="0"/>
          <w:i w:val="0"/>
        </w:rPr>
        <w:t>☐ Не согласен(на). Прошу продолжить работы без дополнительных работ (последствия — в разделе 5).</w:t>
      </w:r>
    </w:p>
    <w:p>
      <w:pPr>
        <w:spacing w:after="40"/>
      </w:pPr>
      <w:r>
        <w:rPr>
          <w:b w:val="0"/>
          <w:i w:val="0"/>
        </w:rPr>
        <w:t>☐ Прошу обсудить. Удобное время для встречи на объекте: [__].</w:t>
      </w:r>
    </w:p>
    <w:p>
      <w:pPr>
        <w:keepNext/>
        <w:spacing w:before="160" w:after="60"/>
      </w:pPr>
      <w:r>
        <w:rPr>
          <w:b/>
          <w:i w:val="0"/>
          <w:sz w:val="22"/>
        </w:rPr>
        <w:t>5. Что будет при отказе или отсутствии ответа</w:t>
      </w:r>
    </w:p>
    <w:p>
      <w:pPr>
        <w:jc w:val="both"/>
      </w:pPr>
      <w:r>
        <w:rPr>
          <w:b w:val="0"/>
          <w:i w:val="0"/>
        </w:rPr>
        <w:t>До получения ответа работы на участке «[участок]» приостановлены с [дд.мм.гггг]. Остальные работы продолжаются [если возможно].</w:t>
      </w:r>
    </w:p>
    <w:p>
      <w:pPr>
        <w:jc w:val="both"/>
      </w:pPr>
      <w:r>
        <w:rPr>
          <w:b/>
          <w:i w:val="0"/>
        </w:rPr>
        <w:t>При отказе:</w:t>
      </w:r>
      <w:r>
        <w:rPr>
          <w:b w:val="0"/>
          <w:i w:val="0"/>
        </w:rPr>
        <w:t xml:space="preserve"> [например: подрядчик не сможет выполнить укладку плитки на неподготовленное основание с гарантией по п. [__] договора; стороны фиксируют это в акте; либо договор исполняется в части, не зависящей от дополнительных работ].</w:t>
      </w:r>
    </w:p>
    <w:p>
      <w:pPr>
        <w:jc w:val="both"/>
      </w:pPr>
      <w:r>
        <w:rPr>
          <w:b/>
          <w:i w:val="0"/>
        </w:rPr>
        <w:t>При отсутствии ответа до указанного срока:</w:t>
      </w:r>
      <w:r>
        <w:rPr>
          <w:b w:val="0"/>
          <w:i w:val="0"/>
        </w:rPr>
        <w:t xml:space="preserve"> работы на участке остаются приостановленными, срок окончания работ по договору продлевается на период простоя [; простой оплачивается по п. [__] договора].</w:t>
      </w:r>
    </w:p>
    <w:p>
      <w:pPr>
        <w:keepNext/>
        <w:spacing w:before="160" w:after="60"/>
      </w:pPr>
      <w:r>
        <w:rPr>
          <w:b/>
          <w:i w:val="0"/>
          <w:sz w:val="22"/>
        </w:rPr>
        <w:t>6. Приложения</w:t>
      </w:r>
    </w:p>
    <w:p>
      <w:pPr>
        <w:spacing w:after="40"/>
      </w:pPr>
      <w:r>
        <w:rPr>
          <w:b w:val="0"/>
          <w:i w:val="0"/>
        </w:rPr>
        <w:t>1. Фотофиксация: [__] фото, снятых [дд.мм.гггг] (общий план помещения, крупный план дефекта, рулетка/масштаб в кадре).</w:t>
      </w:r>
    </w:p>
    <w:p>
      <w:pPr>
        <w:spacing w:after="200"/>
      </w:pPr>
      <w:r>
        <w:rPr>
          <w:b w:val="0"/>
          <w:i w:val="0"/>
        </w:rPr>
        <w:t>2. Проект сметы на дополнительные работы на [__] листах.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Подрядчик</w:t>
            </w:r>
          </w:p>
          <w:p>
            <w:r>
              <w:rPr>
                <w:sz w:val="19"/>
              </w:rPr>
              <w:t>[ФИО ИП / наименование, должность]</w:t>
            </w:r>
          </w:p>
          <w:p>
            <w:r>
              <w:rPr>
                <w:sz w:val="19"/>
              </w:rPr>
            </w:r>
          </w:p>
          <w:p/>
          <w:p>
            <w:r>
              <w:t>________________ / [ФИО] /</w:t>
            </w:r>
          </w:p>
          <w:p>
            <w:r>
              <w:rPr>
                <w:sz w:val="19"/>
              </w:rPr>
              <w:t>Дата: [дд.мм.гггг]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Уведомление получил(а) — Заказчик</w:t>
            </w:r>
          </w:p>
          <w:p>
            <w:r>
              <w:rPr>
                <w:sz w:val="19"/>
              </w:rPr>
              <w:t>[ФИО]</w:t>
            </w:r>
          </w:p>
          <w:p>
            <w:r>
              <w:rPr>
                <w:sz w:val="19"/>
              </w:rPr>
              <w:t>Способ получения: [лично / e-mail / мессенджер]</w:t>
            </w:r>
          </w:p>
          <w:p/>
          <w:p>
            <w:r>
              <w:t>________________ / [ФИО] /</w:t>
            </w:r>
          </w:p>
          <w:p>
            <w:r>
              <w:rPr>
                <w:sz w:val="19"/>
              </w:rPr>
              <w:t>Дата: [дд.мм.гггг]</w:t>
            </w:r>
          </w:p>
        </w:tc>
      </w:tr>
    </w:tbl>
    <w:p>
      <w:pPr>
        <w:spacing w:after="0" w:before="280"/>
      </w:pPr>
      <w:r>
        <w:rPr>
          <w:i/>
          <w:color w:val="555555"/>
          <w:sz w:val="17"/>
        </w:rPr>
        <w:t>* Шаблон. Адаптируйте под ваш договор. Не является юридической консультацией. Удалите эту строку перед подписанием и отправкой.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555555"/>
        <w:sz w:val="16"/>
      </w:rPr>
      <w:t>* Шаблон. Адаптируйте под ваш договор. Не является юридической консультацией. Удалите этот колонтитул перед подписанием и отправкой.</w:t>
    </w:r>
  </w:p>
  <w:p>
    <w:pPr>
      <w:jc w:val="center"/>
    </w:pPr>
    <w:r>
      <w:rPr>
        <w:color w:val="888888"/>
        <w:sz w:val="14"/>
      </w:rPr>
      <w:t>Шаблон подготовлен командой Constract.io — constract.io/blog/dopolnitelnye-i-skrytye-raboty-kak-oformit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